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 w:val="0"/>
          <w:color w:val="000000"/>
        </w:rPr>
        <w:t>Общество с ограниченной ответственностью «[название]»</w:t>
        <w:br/>
        <w:t>ОГРН [номер]   ИНН [номер]</w:t>
      </w:r>
    </w:p>
    <w:p>
      <w:pPr>
        <w:pStyle w:val="Title"/>
        <w:jc w:val="center"/>
      </w:pPr>
      <w:r>
        <w:rPr>
          <w:rFonts w:ascii="Times New Roman" w:hAnsi="Times New Roman"/>
          <w:b w:val="0"/>
          <w:color w:val="000000"/>
        </w:rPr>
        <w:t>Решение единственного участника</w:t>
      </w:r>
    </w:p>
    <w:p>
      <w:pPr>
        <w:jc w:val="center"/>
      </w:pPr>
      <w:r>
        <w:rPr>
          <w:rFonts w:ascii="Times New Roman" w:hAnsi="Times New Roman"/>
          <w:b w:val="0"/>
          <w:color w:val="000000"/>
        </w:rPr>
        <w:t>об утверждении устава в новой редакции</w:t>
      </w:r>
    </w:p>
    <w:p>
      <w:r>
        <w:rPr>
          <w:rFonts w:ascii="Times New Roman" w:hAnsi="Times New Roman"/>
          <w:b w:val="0"/>
          <w:color w:val="000000"/>
        </w:rPr>
        <w:t>№ [номер]                 г. [город]                 [дата]</w:t>
      </w:r>
    </w:p>
    <w:p>
      <w:r>
        <w:rPr>
          <w:rFonts w:ascii="Times New Roman" w:hAnsi="Times New Roman"/>
          <w:b w:val="0"/>
          <w:color w:val="000000"/>
        </w:rPr>
        <w:t>Я, [ФИО полностью, сведения документа, удостоверяющего личность], являясь единственным участником Общества с ограниченной ответственностью «[название]» (далее, Общество), владеющим долей размером 100% уставного капитала номинальной стоимостью [сумма] рублей, принял(а) следующие решения:</w:t>
      </w:r>
    </w:p>
    <w:p>
      <w:r>
        <w:rPr>
          <w:rFonts w:ascii="Times New Roman" w:hAnsi="Times New Roman"/>
          <w:b/>
          <w:color w:val="000000"/>
        </w:rPr>
        <w:t>1. Внести изменения в устав Общества</w:t>
      </w:r>
    </w:p>
    <w:p>
      <w:r>
        <w:rPr>
          <w:rFonts w:ascii="Times New Roman" w:hAnsi="Times New Roman"/>
          <w:b w:val="0"/>
          <w:color w:val="000000"/>
        </w:rPr>
        <w:t>[Указать конкретные изменения положений устава, например изменение правил хранения документов Общества и предоставления информации участникам.]</w:t>
      </w:r>
    </w:p>
    <w:p>
      <w:r>
        <w:rPr>
          <w:rFonts w:ascii="Times New Roman" w:hAnsi="Times New Roman"/>
          <w:b/>
          <w:color w:val="000000"/>
        </w:rPr>
        <w:t>2. Утвердить устав Общества в новой редакции</w:t>
      </w:r>
    </w:p>
    <w:p>
      <w:r>
        <w:rPr>
          <w:rFonts w:ascii="Times New Roman" w:hAnsi="Times New Roman"/>
          <w:b w:val="0"/>
          <w:color w:val="000000"/>
        </w:rPr>
        <w:t>Утвердить устав Общества в новой редакции согласно приложению № 1 к настоящему решению с учётом изменений, указанных в пункте 1.</w:t>
      </w:r>
    </w:p>
    <w:p>
      <w:r>
        <w:rPr>
          <w:rFonts w:ascii="Times New Roman" w:hAnsi="Times New Roman"/>
          <w:b/>
          <w:color w:val="000000"/>
        </w:rPr>
        <w:t>3. Обеспечить государственную регистрацию изменений</w:t>
      </w:r>
    </w:p>
    <w:p>
      <w:r>
        <w:rPr>
          <w:rFonts w:ascii="Times New Roman" w:hAnsi="Times New Roman"/>
          <w:b w:val="0"/>
          <w:color w:val="000000"/>
        </w:rPr>
        <w:t>Поручить [должность руководителя, ФИО] обеспечить подготовку и представление документов для государственной регистрации изменений в устав в установленном законом порядке.</w:t>
      </w:r>
    </w:p>
    <w:p>
      <w:r>
        <w:rPr>
          <w:rFonts w:ascii="Times New Roman" w:hAnsi="Times New Roman"/>
          <w:b w:val="0"/>
          <w:color w:val="000000"/>
        </w:rPr>
        <w:t>Факт принятия настоящего решения подлежит нотариальному удостоверению.</w:t>
      </w:r>
    </w:p>
    <w:p>
      <w:r>
        <w:rPr>
          <w:rFonts w:ascii="Times New Roman" w:hAnsi="Times New Roman"/>
          <w:b w:val="0"/>
          <w:color w:val="000000"/>
        </w:rPr>
        <w:t>Приложение № 1. Устав Общества в новой редакции на [число] листах.</w:t>
      </w:r>
    </w:p>
    <w:p>
      <w:r>
        <w:rPr>
          <w:rFonts w:ascii="Times New Roman" w:hAnsi="Times New Roman"/>
          <w:b w:val="0"/>
          <w:color w:val="000000"/>
        </w:rPr>
        <w:t>Единственный участник</w:t>
        <w:br/>
        <w:t>______________________ / [ФИО] /</w:t>
      </w:r>
    </w:p>
    <w:sectPr w:rsidR="00FC693F" w:rsidRPr="0006063C" w:rsidSect="00034616">
      <w:pgSz w:w="11906" w:h="16838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269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об утверждении новой редакции устава ООО</dc:title>
  <dc:subject/>
  <dc:creator>Команда iDoDoc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